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sz w:val="28"/>
        </w:rPr>
        <w:t>PROMESSE D'EMBAUCHE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(Papier à en-tête de l'entreprise)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Entreprise : ______________________________   SIRET : ______________________</w:t>
      </w:r>
    </w:p>
    <w:p>
      <w:pPr>
        <w:spacing w:after="120"/>
      </w:pPr>
      <w:r>
        <w:rPr>
          <w:b w:val="0"/>
          <w:i w:val="0"/>
        </w:rPr>
        <w:t>Adresse : ______________________________________________</w:t>
      </w:r>
    </w:p>
    <w:p>
      <w:pPr>
        <w:spacing w:after="120"/>
      </w:pPr>
      <w:r>
        <w:rPr>
          <w:b w:val="0"/>
          <w:i w:val="0"/>
        </w:rPr>
        <w:t>Représentée par : ______________________  en qualité de : 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Nous confirmons notre intention d'embaucher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Poste : ______________________   Lieu de travail : ______________________</w:t>
      </w:r>
    </w:p>
    <w:p>
      <w:pPr>
        <w:spacing w:after="120"/>
      </w:pPr>
      <w:r>
        <w:rPr>
          <w:b w:val="0"/>
          <w:i w:val="0"/>
        </w:rPr>
        <w:t>Type de contrat : ☐ CDI ☐ CDD de ____ mois ☐ intérim ☐ autre : __________</w:t>
      </w:r>
    </w:p>
    <w:p>
      <w:pPr>
        <w:spacing w:after="120"/>
      </w:pPr>
      <w:r>
        <w:rPr>
          <w:b w:val="0"/>
          <w:i w:val="0"/>
        </w:rPr>
        <w:t>Durée hebdomadaire : ____ heures   Rémunération brute mensuelle : ____________ €</w:t>
      </w:r>
    </w:p>
    <w:p>
      <w:pPr>
        <w:spacing w:after="120"/>
      </w:pPr>
      <w:r>
        <w:rPr>
          <w:b w:val="0"/>
          <w:i w:val="0"/>
        </w:rPr>
        <w:t>Date de début prévue : ____ / ____ / ________  (ou dès la décision de la juridiction)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Cette promesse est établie à la demande de l'intéressé(e) pour être produite devant la juridiction compétente. Nous sommes informés que la personne concernée fait l'objet d'une procédure judiciaire et que l'embauche pourra être soumise à des horaires ou conditions imposés par la justice.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Fait à ______________________,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Cachet de l'entreprise et signature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/>
          <w:sz w:val="18"/>
        </w:rPr>
        <w:t>La promesse doit être sincère et précise (poste, lieu, durée, salaire) : une promesse vague a peu de poids devant le juge. Modèle d'information, à adapter.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