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20"/>
        </w:rPr>
        <w:t>Maître Raoul GUIPONT</w:t>
      </w:r>
    </w:p>
    <w:p>
      <w:pPr>
        <w:spacing w:after="120"/>
      </w:pPr>
      <w:r>
        <w:rPr>
          <w:b w:val="0"/>
          <w:i w:val="0"/>
          <w:sz w:val="20"/>
        </w:rPr>
        <w:t>Avocat au barreau de Dijon</w:t>
      </w:r>
    </w:p>
    <w:p>
      <w:pPr>
        <w:spacing w:after="120"/>
      </w:pPr>
      <w:r>
        <w:rPr>
          <w:b w:val="0"/>
          <w:i w:val="0"/>
          <w:sz w:val="20"/>
        </w:rPr>
        <w:t>17 place de la République, 21000 Dijon</w:t>
      </w:r>
    </w:p>
    <w:p>
      <w:pPr>
        <w:spacing w:after="120"/>
      </w:pPr>
      <w:r>
        <w:rPr>
          <w:b w:val="0"/>
          <w:i w:val="0"/>
          <w:sz w:val="20"/>
        </w:rPr>
        <w:t>06 52 45 88 52 · contact@guipont-avocat.fr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  <w:jc w:val="center"/>
      </w:pPr>
      <w:r>
        <w:rPr>
          <w:b/>
          <w:i w:val="0"/>
          <w:sz w:val="28"/>
        </w:rPr>
        <w:t>DEMANDE DE PERMIS DE VISITE</w:t>
      </w:r>
    </w:p>
    <w:p>
      <w:pPr>
        <w:spacing w:after="120"/>
        <w:jc w:val="center"/>
      </w:pPr>
      <w:r>
        <w:rPr>
          <w:b w:val="0"/>
          <w:i/>
          <w:sz w:val="18"/>
        </w:rPr>
        <w:t>Code pénitentiaire, art. R341-2 et R341-4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Destinataire (à confirmer avec le cabinet ou l'établissement selon le stade de la procédure) : ______________________________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soussigné(e) :</w:t>
      </w:r>
    </w:p>
    <w:p>
      <w:pPr>
        <w:spacing w:after="120"/>
      </w:pPr>
      <w:r>
        <w:rPr>
          <w:b w:val="0"/>
          <w:i w:val="0"/>
        </w:rPr>
        <w:t>Prénom et NOM : ______________________________</w:t>
      </w:r>
    </w:p>
    <w:p>
      <w:pPr>
        <w:spacing w:after="120"/>
      </w:pPr>
      <w:r>
        <w:rPr>
          <w:b w:val="0"/>
          <w:i w:val="0"/>
        </w:rPr>
        <w:t>Né(e) le ____ / ____ / ________ à ______________________</w:t>
      </w:r>
    </w:p>
    <w:p>
      <w:pPr>
        <w:spacing w:after="120"/>
      </w:pPr>
      <w:r>
        <w:rPr>
          <w:b w:val="0"/>
          <w:i w:val="0"/>
        </w:rPr>
        <w:t>Demeurant à : ______________________________________________</w:t>
      </w:r>
    </w:p>
    <w:p>
      <w:pPr>
        <w:spacing w:after="120"/>
      </w:pPr>
      <w:r>
        <w:rPr>
          <w:b w:val="0"/>
          <w:i w:val="0"/>
        </w:rPr>
        <w:t>Téléphone : ______________________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Sollicite un permis de visite pour rendre visite à : Prénom et NOM : ______________________________</w:t>
      </w:r>
    </w:p>
    <w:p>
      <w:pPr>
        <w:spacing w:after="120"/>
      </w:pPr>
      <w:r>
        <w:rPr>
          <w:b w:val="0"/>
          <w:i w:val="0"/>
        </w:rPr>
        <w:t>Détenu(e) à : ______________________________   N° d'écrou : ______________</w:t>
      </w:r>
    </w:p>
    <w:p>
      <w:pPr>
        <w:spacing w:after="120"/>
      </w:pPr>
      <w:r>
        <w:rPr>
          <w:b w:val="0"/>
          <w:i w:val="0"/>
        </w:rPr>
        <w:t>Lien avec la personne détenue : ______________________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m'engage à respecter le règlement de l'établissement. Je précise ☐ n'avoir fait l'objet d'aucune interdiction de contact avec la personne détenue ☐ être concerné(e) par : ______________________.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Fait à ______________________, le ____ / ____ / 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Signature :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Pièces à joindre : pièce d'identité ; justificatif de domicile ; justificatif du lien (livret de famille, etc.) ; photographies d'identité si l'établissement les demande.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/>
          <w:sz w:val="18"/>
        </w:rPr>
        <w:t>Le permis de visite d'une personne prévenue reste valable jusqu'à ce que la condamnation éventuelle devienne définitive (art. R341-4 du code pénitentiaire). Il peut être refusé notamment en cas d'interdiction de contact ou à la victime (art. R341-2). Pièces exigées : vérifier auprès de l'établissement. Modèle d'information.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