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rPr>
          <w:b/>
          <w:i w:val="0"/>
          <w:sz w:val="20"/>
        </w:rPr>
        <w:t>Maître Raoul GUIPONT</w:t>
      </w:r>
    </w:p>
    <w:p>
      <w:pPr>
        <w:spacing w:after="120"/>
      </w:pPr>
      <w:r>
        <w:rPr>
          <w:b w:val="0"/>
          <w:i w:val="0"/>
          <w:sz w:val="20"/>
        </w:rPr>
        <w:t>Avocat au barreau de Dijon</w:t>
      </w:r>
    </w:p>
    <w:p>
      <w:pPr>
        <w:spacing w:after="120"/>
      </w:pPr>
      <w:r>
        <w:rPr>
          <w:b w:val="0"/>
          <w:i w:val="0"/>
          <w:sz w:val="20"/>
        </w:rPr>
        <w:t>17 place de la République, 21000 Dijon</w:t>
      </w:r>
    </w:p>
    <w:p>
      <w:pPr>
        <w:spacing w:after="120"/>
      </w:pPr>
      <w:r>
        <w:rPr>
          <w:b w:val="0"/>
          <w:i w:val="0"/>
          <w:sz w:val="20"/>
        </w:rPr>
        <w:t>06 52 45 88 52 · contact@guipont-avocat.fr</w:t>
      </w:r>
    </w:p>
    <w:p>
      <w:pPr>
        <w:spacing w:after="120"/>
      </w:pPr>
      <w:r>
        <w:rPr>
          <w:b w:val="0"/>
          <w:i w:val="0"/>
        </w:rPr>
      </w:r>
    </w:p>
    <w:p>
      <w:pPr>
        <w:spacing w:after="120"/>
        <w:jc w:val="center"/>
      </w:pPr>
      <w:r>
        <w:rPr>
          <w:b/>
          <w:i w:val="0"/>
          <w:sz w:val="28"/>
        </w:rPr>
        <w:t>ATTESTATION DE TÉMOIN</w:t>
      </w:r>
    </w:p>
    <w:p>
      <w:pPr>
        <w:spacing w:after="120"/>
        <w:jc w:val="center"/>
      </w:pPr>
      <w:r>
        <w:rPr>
          <w:b w:val="0"/>
          <w:i/>
          <w:sz w:val="18"/>
        </w:rPr>
        <w:t>Code pénal, art. 441-7</w:t>
      </w:r>
    </w:p>
    <w:p>
      <w:pPr>
        <w:spacing w:after="120"/>
      </w:pPr>
      <w:r>
        <w:rPr>
          <w:b w:val="0"/>
          <w:i w:val="0"/>
        </w:rPr>
      </w:r>
    </w:p>
    <w:p>
      <w:pPr>
        <w:spacing w:after="120"/>
      </w:pPr>
      <w:r>
        <w:rPr>
          <w:b w:val="0"/>
          <w:i w:val="0"/>
        </w:rPr>
        <w:t>Je soussigné(e) :</w:t>
      </w:r>
    </w:p>
    <w:p>
      <w:pPr>
        <w:spacing w:after="120"/>
      </w:pPr>
      <w:r>
        <w:rPr>
          <w:b w:val="0"/>
          <w:i w:val="0"/>
        </w:rPr>
        <w:t>Prénom et NOM : ______________________________</w:t>
      </w:r>
    </w:p>
    <w:p>
      <w:pPr>
        <w:spacing w:after="120"/>
      </w:pPr>
      <w:r>
        <w:rPr>
          <w:b w:val="0"/>
          <w:i w:val="0"/>
        </w:rPr>
        <w:t>Né(e) le ____ / ____ / ________ à ______________________</w:t>
      </w:r>
    </w:p>
    <w:p>
      <w:pPr>
        <w:spacing w:after="120"/>
      </w:pPr>
      <w:r>
        <w:rPr>
          <w:b w:val="0"/>
          <w:i w:val="0"/>
        </w:rPr>
        <w:t>Demeurant à : ______________________________________________</w:t>
      </w:r>
    </w:p>
    <w:p>
      <w:pPr>
        <w:spacing w:after="120"/>
      </w:pPr>
      <w:r>
        <w:rPr>
          <w:b w:val="0"/>
          <w:i w:val="0"/>
        </w:rPr>
        <w:t>Profession : ______________________</w:t>
      </w:r>
    </w:p>
    <w:p>
      <w:pPr>
        <w:spacing w:after="120"/>
      </w:pPr>
      <w:r>
        <w:rPr>
          <w:b w:val="0"/>
          <w:i w:val="0"/>
        </w:rPr>
      </w:r>
    </w:p>
    <w:p>
      <w:pPr>
        <w:spacing w:after="120"/>
      </w:pPr>
      <w:r>
        <w:rPr>
          <w:b w:val="0"/>
          <w:i w:val="0"/>
        </w:rPr>
        <w:t>Lien avec les parties (aucun, familial, professionnel, amical…) : ______________________</w:t>
      </w:r>
    </w:p>
    <w:p>
      <w:pPr>
        <w:spacing w:after="120"/>
      </w:pPr>
      <w:r>
        <w:rPr>
          <w:b w:val="0"/>
          <w:i w:val="0"/>
        </w:rPr>
        <w:t>Je produis cette attestation en vue de sa production en justice dans l'affaire concernant : ______________________.</w:t>
      </w:r>
    </w:p>
    <w:p>
      <w:pPr>
        <w:spacing w:after="120"/>
      </w:pPr>
      <w:r>
        <w:rPr>
          <w:b w:val="0"/>
          <w:i w:val="0"/>
        </w:rPr>
      </w:r>
    </w:p>
    <w:p>
      <w:pPr>
        <w:spacing w:after="120"/>
      </w:pPr>
      <w:r>
        <w:rPr>
          <w:b w:val="0"/>
          <w:i w:val="0"/>
        </w:rPr>
        <w:t>Je relate les faits dont j'ai été personnellement témoin (ce que j'ai vu ou entendu moi-même, avec dates, lieux et circonstances) :</w:t>
      </w:r>
    </w:p>
    <w:p>
      <w:pPr>
        <w:spacing w:after="120"/>
      </w:pPr>
      <w:r>
        <w:rPr>
          <w:b w:val="0"/>
          <w:i w:val="0"/>
        </w:rPr>
      </w:r>
    </w:p>
    <w:p>
      <w:pPr>
        <w:spacing w:after="120"/>
      </w:pPr>
      <w:r>
        <w:rPr>
          <w:b w:val="0"/>
          <w:i w:val="0"/>
        </w:rPr>
        <w:t>______________________________________________________________________</w:t>
      </w:r>
    </w:p>
    <w:p>
      <w:pPr>
        <w:spacing w:after="120"/>
      </w:pPr>
      <w:r>
        <w:rPr>
          <w:b w:val="0"/>
          <w:i w:val="0"/>
        </w:rPr>
        <w:t>______________________________________________________________________</w:t>
      </w:r>
    </w:p>
    <w:p>
      <w:pPr>
        <w:spacing w:after="120"/>
      </w:pPr>
      <w:r>
        <w:rPr>
          <w:b w:val="0"/>
          <w:i w:val="0"/>
        </w:rPr>
        <w:t>______________________________________________________________________</w:t>
      </w:r>
    </w:p>
    <w:p>
      <w:pPr>
        <w:spacing w:after="120"/>
      </w:pPr>
      <w:r>
        <w:rPr>
          <w:b w:val="0"/>
          <w:i w:val="0"/>
        </w:rPr>
        <w:t>______________________________________________________________________</w:t>
      </w:r>
    </w:p>
    <w:p>
      <w:pPr>
        <w:spacing w:after="120"/>
      </w:pPr>
      <w:r>
        <w:rPr>
          <w:b w:val="0"/>
          <w:i w:val="0"/>
        </w:rPr>
      </w:r>
    </w:p>
    <w:p>
      <w:pPr>
        <w:spacing w:after="120"/>
      </w:pPr>
      <w:r>
        <w:rPr>
          <w:b w:val="0"/>
          <w:i w:val="0"/>
        </w:rPr>
        <w:t>Je suis informé(e) qu'une attestation inexacte m'expose à des sanctions pénales.</w:t>
      </w:r>
    </w:p>
    <w:p>
      <w:pPr>
        <w:spacing w:after="120"/>
      </w:pPr>
      <w:r>
        <w:rPr>
          <w:b w:val="0"/>
          <w:i w:val="0"/>
        </w:rPr>
      </w:r>
    </w:p>
    <w:p>
      <w:pPr>
        <w:spacing w:after="120"/>
      </w:pPr>
      <w:r>
        <w:rPr>
          <w:b w:val="0"/>
          <w:i w:val="0"/>
        </w:rPr>
        <w:t>Fait à ______________________, le ____ / ____ / ________</w:t>
      </w:r>
    </w:p>
    <w:p>
      <w:pPr>
        <w:spacing w:after="120"/>
      </w:pPr>
      <w:r>
        <w:rPr>
          <w:b w:val="0"/>
          <w:i w:val="0"/>
        </w:rPr>
      </w:r>
    </w:p>
    <w:p>
      <w:pPr>
        <w:spacing w:after="120"/>
      </w:pPr>
      <w:r>
        <w:rPr>
          <w:b w:val="0"/>
          <w:i w:val="0"/>
        </w:rPr>
        <w:t>Signature manuscrite :</w:t>
      </w:r>
    </w:p>
    <w:p>
      <w:pPr>
        <w:spacing w:after="120"/>
      </w:pPr>
      <w:r>
        <w:rPr>
          <w:b w:val="0"/>
          <w:i w:val="0"/>
        </w:rPr>
      </w:r>
    </w:p>
    <w:p>
      <w:pPr>
        <w:spacing w:after="120"/>
      </w:pPr>
      <w:r>
        <w:rPr>
          <w:b w:val="0"/>
          <w:i w:val="0"/>
        </w:rPr>
        <w:t>Pièce à joindre : copie recto verso de ma pièce d'identité.</w:t>
      </w:r>
    </w:p>
    <w:p>
      <w:pPr>
        <w:spacing w:after="120"/>
      </w:pPr>
      <w:r>
        <w:rPr>
          <w:b w:val="0"/>
          <w:i w:val="0"/>
        </w:rPr>
      </w:r>
    </w:p>
    <w:p>
      <w:pPr>
        <w:spacing w:after="120"/>
      </w:pPr>
      <w:r>
        <w:rPr>
          <w:b w:val="0"/>
          <w:i/>
          <w:sz w:val="18"/>
        </w:rPr>
        <w:t>Établir une attestation faisant état de faits matériellement inexacts est puni d'un an d'emprisonnement et de 15 000 € d'amende (art. 441-7 du code pénal). Le témoin ne rapporte que ce qu'il a lui-même constaté, sans opinion ni rumeur. Modèle d'information, à adapter.</w:t>
      </w:r>
    </w:p>
    <w:sectPr w:rsidR="00FC693F" w:rsidRPr="0006063C" w:rsidSect="00034616">
      <w:pgSz w:w="12240" w:h="15840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