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20"/>
        </w:rPr>
        <w:t>Maître Raoul GUIPONT</w:t>
      </w:r>
    </w:p>
    <w:p>
      <w:pPr>
        <w:spacing w:after="120"/>
      </w:pPr>
      <w:r>
        <w:rPr>
          <w:b w:val="0"/>
          <w:i w:val="0"/>
          <w:sz w:val="20"/>
        </w:rPr>
        <w:t>Avocat au barreau de Dijon</w:t>
      </w:r>
    </w:p>
    <w:p>
      <w:pPr>
        <w:spacing w:after="120"/>
      </w:pPr>
      <w:r>
        <w:rPr>
          <w:b w:val="0"/>
          <w:i w:val="0"/>
          <w:sz w:val="20"/>
        </w:rPr>
        <w:t>17 place de la République, 21000 Dijon</w:t>
      </w:r>
    </w:p>
    <w:p>
      <w:pPr>
        <w:spacing w:after="120"/>
      </w:pPr>
      <w:r>
        <w:rPr>
          <w:b w:val="0"/>
          <w:i w:val="0"/>
          <w:sz w:val="20"/>
        </w:rPr>
        <w:t>06 52 45 88 52 · contact@guipont-avocat.fr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  <w:jc w:val="center"/>
      </w:pPr>
      <w:r>
        <w:rPr>
          <w:b/>
          <w:i w:val="0"/>
          <w:sz w:val="28"/>
        </w:rPr>
        <w:t>ACCORD DU MAÎTRE DES LIEUX – DÉTENTION À DOMICILE SOUS SURVEILLANCE ÉLECTRONIQUE</w:t>
      </w:r>
    </w:p>
    <w:p>
      <w:pPr>
        <w:spacing w:after="120"/>
        <w:jc w:val="center"/>
      </w:pPr>
      <w:r>
        <w:rPr>
          <w:b w:val="0"/>
          <w:i/>
          <w:sz w:val="18"/>
        </w:rPr>
        <w:t>Code de procédure pénale, art. 723-7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soussigné(e) :</w:t>
      </w:r>
    </w:p>
    <w:p>
      <w:pPr>
        <w:spacing w:after="120"/>
      </w:pPr>
      <w:r>
        <w:rPr>
          <w:b w:val="0"/>
          <w:i w:val="0"/>
        </w:rPr>
        <w:t>Prénom et NOM : ______________________________</w:t>
      </w:r>
    </w:p>
    <w:p>
      <w:pPr>
        <w:spacing w:after="120"/>
      </w:pPr>
      <w:r>
        <w:rPr>
          <w:b w:val="0"/>
          <w:i w:val="0"/>
        </w:rPr>
        <w:t>Né(e) le ____ / ____ / ________ à ______________________</w:t>
      </w:r>
    </w:p>
    <w:p>
      <w:pPr>
        <w:spacing w:after="120"/>
      </w:pPr>
      <w:r>
        <w:rPr>
          <w:b w:val="0"/>
          <w:i w:val="0"/>
        </w:rPr>
        <w:t>Demeurant à (lieu où la mesure serait exécutée) : ______________________________________________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Déclare être :  ☐ propriétaire  ☐ locataire  ☐ occupant(e) à titre gratuit  du logement ci-dessus.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Atteste avoir été informé(e) que Madame / Monsieur ______________________________ sollicite l'exécution de sa peine à cette adresse sous le régime de la détention à domicile sous surveillance électronique, et donne mon accord pour que la mesure y soit exécutée.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sais que cette mesure implique l'installation d'un dispositif de surveillance au domicile et l'intervention possible des services pénitentiaires. ☐ J'autorise ☐ Je n'autorise pas l'accès du personnel habilité au logement.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Fait à ______________________, le ____ / ____ / 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Signature :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Pièces à joindre : pièce d'identité ; justificatif de domicile ; si je suis locataire, copie du bail et, le cas échéant, accord du bailleur.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/>
          <w:sz w:val="18"/>
        </w:rPr>
        <w:t>Lorsque le lieu désigné n'est pas le domicile du condamné, la décision ne peut être prise qu'avec l'accord du maître des lieux (art. 723-7 CPP). Le juge de l'application des peines et le service pénitentiaire peuvent demander d'autres justificatifs. Modèle d'information, à adapter.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