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20"/>
        </w:rPr>
        <w:t>Maître Raoul GUIPONT</w:t>
      </w:r>
    </w:p>
    <w:p>
      <w:pPr>
        <w:spacing w:after="120"/>
      </w:pPr>
      <w:r>
        <w:rPr>
          <w:b w:val="0"/>
          <w:i w:val="0"/>
          <w:sz w:val="20"/>
        </w:rPr>
        <w:t>Avocat au barreau de Dijon</w:t>
      </w:r>
    </w:p>
    <w:p>
      <w:pPr>
        <w:spacing w:after="120"/>
      </w:pPr>
      <w:r>
        <w:rPr>
          <w:b w:val="0"/>
          <w:i w:val="0"/>
          <w:sz w:val="20"/>
        </w:rPr>
        <w:t>17 place de la République, 21000 Dijon</w:t>
      </w:r>
    </w:p>
    <w:p>
      <w:pPr>
        <w:spacing w:after="120"/>
      </w:pPr>
      <w:r>
        <w:rPr>
          <w:b w:val="0"/>
          <w:i w:val="0"/>
          <w:sz w:val="20"/>
        </w:rPr>
        <w:t>06 52 45 88 52 · contact@guipont-avocat.fr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  <w:jc w:val="center"/>
      </w:pPr>
      <w:r>
        <w:rPr>
          <w:b/>
          <w:i w:val="0"/>
          <w:sz w:val="28"/>
        </w:rPr>
        <w:t>ATTESTATION D'HÉBERGEMENT</w:t>
      </w:r>
    </w:p>
    <w:p>
      <w:pPr>
        <w:spacing w:after="120"/>
        <w:jc w:val="center"/>
      </w:pPr>
      <w:r>
        <w:rPr>
          <w:b w:val="0"/>
          <w:i/>
          <w:sz w:val="18"/>
        </w:rPr>
        <w:t>Code pénal, art. 441-7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soussigné(e) :</w:t>
      </w:r>
    </w:p>
    <w:p>
      <w:pPr>
        <w:spacing w:after="120"/>
      </w:pPr>
      <w:r>
        <w:rPr>
          <w:b w:val="0"/>
          <w:i w:val="0"/>
        </w:rPr>
        <w:t>Prénom et NOM : ______________________________</w:t>
      </w:r>
    </w:p>
    <w:p>
      <w:pPr>
        <w:spacing w:after="120"/>
      </w:pPr>
      <w:r>
        <w:rPr>
          <w:b w:val="0"/>
          <w:i w:val="0"/>
        </w:rPr>
        <w:t>Né(e) le ____ / ____ / ________ à ______________________</w:t>
      </w:r>
    </w:p>
    <w:p>
      <w:pPr>
        <w:spacing w:after="120"/>
      </w:pPr>
      <w:r>
        <w:rPr>
          <w:b w:val="0"/>
          <w:i w:val="0"/>
        </w:rPr>
        <w:t>Demeurant à : ______________________________________________</w:t>
      </w:r>
    </w:p>
    <w:p>
      <w:pPr>
        <w:spacing w:after="120"/>
      </w:pPr>
      <w:r>
        <w:rPr>
          <w:b w:val="0"/>
          <w:i w:val="0"/>
        </w:rPr>
        <w:t>Profession : ______________________  Téléphone : ______________________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Atteste sur l'honneur héberger à mon domicile, à titre gratuit :</w:t>
      </w:r>
    </w:p>
    <w:p>
      <w:pPr>
        <w:spacing w:after="120"/>
      </w:pPr>
      <w:r>
        <w:rPr>
          <w:b w:val="0"/>
          <w:i w:val="0"/>
        </w:rPr>
        <w:t>Prénom et NOM : ______________________________</w:t>
      </w:r>
    </w:p>
    <w:p>
      <w:pPr>
        <w:spacing w:after="120"/>
      </w:pPr>
      <w:r>
        <w:rPr>
          <w:b w:val="0"/>
          <w:i w:val="0"/>
        </w:rPr>
        <w:t>Né(e) le ____ / ____ / 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à compter du ____ / ____ / ________ et pour une durée de : ______________________.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précise que le logement comprend ____ pièce(s), que je suis ☐ propriétaire ☐ locataire ☐ hébergé(e) moi-même, et que le bénéficiaire y disposera de : ______________________.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suis informé(e) que cette attestation sera produite devant une juridiction pénale.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Fait à ______________________, le ____ / ____ / 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Signature :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Pièces à joindre : copie recto verso de ma pièce d'identité ; justificatif de domicile de moins de 3 mois ; copie du bail ou du titre de propriété.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/>
          <w:sz w:val="18"/>
        </w:rPr>
        <w:t>Établir une attestation faisant état de faits matériellement inexacts est puni d'un an d'emprisonnement et de 15 000 € d'amende (art. 441-7 du code pénal). Modèle d'information, à adapter.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