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sz w:val="20"/>
        </w:rPr>
        <w:t>Maître Raoul GUIPONT</w:t>
      </w:r>
    </w:p>
    <w:p>
      <w:pPr>
        <w:spacing w:after="120"/>
      </w:pPr>
      <w:r>
        <w:rPr>
          <w:b w:val="0"/>
          <w:i w:val="0"/>
          <w:sz w:val="20"/>
        </w:rPr>
        <w:t>Avocat au barreau de Dijon</w:t>
      </w:r>
    </w:p>
    <w:p>
      <w:pPr>
        <w:spacing w:after="120"/>
      </w:pPr>
      <w:r>
        <w:rPr>
          <w:b w:val="0"/>
          <w:i w:val="0"/>
          <w:sz w:val="20"/>
        </w:rPr>
        <w:t>17 place de la République, 21000 Dijon</w:t>
      </w:r>
    </w:p>
    <w:p>
      <w:pPr>
        <w:spacing w:after="120"/>
      </w:pPr>
      <w:r>
        <w:rPr>
          <w:b w:val="0"/>
          <w:i w:val="0"/>
          <w:sz w:val="20"/>
        </w:rPr>
        <w:t>06 52 45 88 52 · contact@guipont-avocat.fr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  <w:jc w:val="center"/>
      </w:pPr>
      <w:r>
        <w:rPr>
          <w:b/>
          <w:i w:val="0"/>
          <w:sz w:val="28"/>
        </w:rPr>
        <w:t>DÉCLARATION DE CHOIX D'AVOCAT</w:t>
      </w:r>
    </w:p>
    <w:p>
      <w:pPr>
        <w:spacing w:after="120"/>
        <w:jc w:val="center"/>
      </w:pPr>
      <w:r>
        <w:rPr>
          <w:b w:val="0"/>
          <w:i/>
          <w:sz w:val="18"/>
        </w:rPr>
        <w:t>Code de procédure pénale, art. 115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Je soussigné(e) :</w:t>
      </w:r>
    </w:p>
    <w:p>
      <w:pPr>
        <w:spacing w:after="120"/>
      </w:pPr>
      <w:r>
        <w:rPr>
          <w:b w:val="0"/>
          <w:i w:val="0"/>
        </w:rPr>
        <w:t>Prénom et NOM : ______________________________</w:t>
      </w:r>
    </w:p>
    <w:p>
      <w:pPr>
        <w:spacing w:after="120"/>
      </w:pPr>
      <w:r>
        <w:rPr>
          <w:b w:val="0"/>
          <w:i w:val="0"/>
        </w:rPr>
        <w:t>Né(e) le ____ / ____ / ________ à ______________________</w:t>
      </w:r>
    </w:p>
    <w:p>
      <w:pPr>
        <w:spacing w:after="120"/>
      </w:pPr>
      <w:r>
        <w:rPr>
          <w:b w:val="0"/>
          <w:i w:val="0"/>
        </w:rPr>
        <w:t>Mis(e) en examen dans le dossier n° ______________ du cabinet de Madame / Monsieur ______________________, juge d'instruction au tribunal judiciaire de ______________________.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Déclare choisir pour avocat Maître Raoul GUIPONT, avocat au barreau de Dijon, 17 place de la République, 21000 Dijon.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Cette déclaration est faite :</w:t>
      </w:r>
    </w:p>
    <w:p>
      <w:pPr>
        <w:spacing w:after="120"/>
      </w:pPr>
      <w:r>
        <w:rPr>
          <w:b w:val="0"/>
          <w:i w:val="0"/>
        </w:rPr>
        <w:t>☐ au greffier du juge d'instruction     ☐ au chef de l'établissement pénitentiaire (personne détenue)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Fait à ______________________, le ____ / ____ / ________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Signature du déclarant :                                   Visa du greffier ou du chef d'établissement (date et signature) :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/>
          <w:sz w:val="18"/>
        </w:rPr>
        <w:t>La désignation prend effet à la réception du document par le greffier (art. 115 CPP). Elle peut, sauf pour certaines infractions de criminalité organisée, être faite par lettre recommandée avec accusé de réception adressée au greffier. À vérifier avec le cabinet avant envoi selon le stade de la procédure.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